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השיר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לשוניים כמו דימוי והאנשה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שורות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המטרה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לבטא רגש, מחשבה או 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לשון ציורית כמו דימוי והאנשה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הזמן הדקדוקי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דימוי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שורות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שלבי הזיהוי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שורות קצרות ובתים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לשון ציורית כמו דימוי או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שורות קצרות, שימוש בדימוי או האנשה, ביטוי רגש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רגש, מחשבה או 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העצים מחייכים (האנשה) או כמו חבר (דימוי)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לרוב גוף ראשון -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לדוגמה בקול לפני התרגול כדי להמחיש את 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דימויים והאנשות משיריהם האהובים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שיר הוא סוג טקסט שמטרתו לבטא רגש, מחשבה או חוויה בצורה אומנותית ולעורר רגש אצל הקוראים. בשיר נמצא שורות ובתים, ולעיתים גם חרוז וקצב.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דופק  ·  מחייכים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המטרה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למסור מידע 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לבטא רגש, מחשבה או 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גוף כתוב שיר לרוב?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מאפיין את משלב הלשון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לשון מדעית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לשון ציורית כמו דימוי והאנשה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לשון משפטית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יכול להיכתב בכל זמן - עבר, הווה או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"גשם ראשון" הגשם מתואר כמו חבר ששכח את המפתח.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גשם ראשון __________ על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העצים __________ בירוק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נתינת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סמויה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את שלבי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לחפש לשון ציורית כמו דימוי או האנשה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יש שורות קצרות ובתים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 שיר קצר על עונה שאתם אוהבים, ושלבו בו דימוי או האנשה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לדימוי או להאנשה.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 כסוגת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